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76" w:lineRule="auto"/>
        <w:jc w:val="left"/>
      </w:pPr>
      <w:r>
        <w:rPr>
          <w:rFonts w:ascii="Calibri" w:hAnsi="Calibri" w:eastAsia="Calibri"/>
          <w:b/>
          <w:i w:val="0"/>
          <w:color w:val="2E74B5"/>
          <w:sz w:val="19"/>
        </w:rPr>
        <w:t>ВСПОМОГАТЕЛЬНЫЙ ОБРАЗЕЦ</w:t>
      </w:r>
    </w:p>
    <w:p>
      <w:pPr>
        <w:spacing w:before="0" w:after="60" w:line="276" w:lineRule="auto"/>
        <w:jc w:val="left"/>
      </w:pPr>
      <w:r>
        <w:rPr>
          <w:rFonts w:ascii="Calibri" w:hAnsi="Calibri" w:eastAsia="Calibri"/>
          <w:b/>
          <w:i w:val="0"/>
          <w:color w:val="172B25"/>
          <w:sz w:val="36"/>
        </w:rPr>
        <w:t>Согласие совладельца на проживание и миграционный учёт</w:t>
      </w:r>
    </w:p>
    <w:p>
      <w:pPr>
        <w:spacing w:before="0" w:after="160" w:line="276" w:lineRule="auto"/>
        <w:jc w:val="left"/>
      </w:pPr>
      <w:r>
        <w:rPr>
          <w:rFonts w:ascii="Calibri" w:hAnsi="Calibri" w:eastAsia="Calibri"/>
          <w:b w:val="0"/>
          <w:i w:val="0"/>
          <w:color w:val="5F6F6A"/>
          <w:sz w:val="21"/>
        </w:rPr>
        <w:t>Печатный образец для участника общей собственности.</w:t>
      </w:r>
    </w:p>
    <w:p>
      <w:pPr>
        <w:spacing w:before="180" w:after="80" w:line="276" w:lineRule="auto"/>
      </w:pPr>
      <w:r>
        <w:rPr>
          <w:rFonts w:ascii="Calibri" w:hAnsi="Calibri" w:eastAsia="Calibri"/>
          <w:b/>
          <w:i w:val="0"/>
          <w:color w:val="2E74B5"/>
          <w:sz w:val="26"/>
        </w:rPr>
        <w:t>Сведения о совладельце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2600"/>
        <w:gridCol w:w="7038"/>
      </w:tblGrid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ФИО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Дата рождения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«____» __________________ 19____ / 20____ г.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Паспорт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серия ______ № __________, выдан 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Адрес регистрации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Доля / право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Документ / ЕГРН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</w:tbl>
    <w:p>
      <w:pPr>
        <w:spacing w:after="0"/>
      </w:pPr>
    </w:p>
    <w:p>
      <w:pPr>
        <w:spacing w:before="180" w:after="80" w:line="276" w:lineRule="auto"/>
      </w:pPr>
      <w:r>
        <w:rPr>
          <w:rFonts w:ascii="Calibri" w:hAnsi="Calibri" w:eastAsia="Calibri"/>
          <w:b/>
          <w:i w:val="0"/>
          <w:color w:val="2E74B5"/>
          <w:sz w:val="26"/>
        </w:rPr>
        <w:t>Согласие</w:t>
      </w:r>
    </w:p>
    <w:p>
      <w:pPr>
        <w:spacing w:before="0" w:after="8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Я, указанный(ая) выше совладелец(ица), даю согласие на проживание и постановку на миграционный учёт по адресу:</w:t>
      </w:r>
    </w:p>
    <w:p>
      <w:pPr>
        <w:spacing w:before="0" w:after="8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________________________________________________________________________________</w:t>
      </w:r>
    </w:p>
    <w:p>
      <w:pPr>
        <w:spacing w:before="0" w:after="8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следующего иностранного гражданина: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2600"/>
        <w:gridCol w:w="7038"/>
      </w:tblGrid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ФИО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Дата рождения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«____» __________________ 19____ / 20____ г.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Гражданство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Паспорт / документ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Период проживания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с «____» __________ 20____ г. по «____» __________ 20____ г.</w:t>
            </w:r>
          </w:p>
        </w:tc>
      </w:tr>
    </w:tbl>
    <w:p>
      <w:pPr>
        <w:spacing w:after="0"/>
      </w:pPr>
    </w:p>
    <w:p>
      <w:pPr>
        <w:spacing w:before="160" w:after="20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Мне известно, что миграционный учёт должен соответствовать фактическому месту пребывания, а сведения в официальном уведомлении подтверждаются документами и подписями уполномоченных лиц.</w:t>
      </w:r>
    </w:p>
    <w:p>
      <w:pPr>
        <w:spacing w:before="0" w:after="8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Дополнительные условия: __________________________________________________________</w:t>
      </w:r>
    </w:p>
    <w:p>
      <w:pPr>
        <w:spacing w:before="0" w:after="24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________________________________________________________________________________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8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72B25"/>
                <w:sz w:val="21"/>
              </w:rPr>
              <w:t>Совладелец</w:t>
            </w:r>
          </w:p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72B25"/>
                <w:sz w:val="20"/>
              </w:rPr>
              <w:t>________________ / ______________________________</w:t>
              <w:br/>
              <w:t>подпись                         ФИО</w:t>
            </w:r>
          </w:p>
        </w:tc>
        <w:tc>
          <w:tcPr>
            <w:tcW w:type="dxa" w:w="4819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8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72B25"/>
                <w:sz w:val="21"/>
              </w:rPr>
              <w:t>Получил(а) согласие</w:t>
            </w:r>
          </w:p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72B25"/>
                <w:sz w:val="20"/>
              </w:rPr>
              <w:t>________________ / ______________________________</w:t>
              <w:br/>
              <w:t>подпись                         ФИО</w:t>
            </w:r>
          </w:p>
        </w:tc>
      </w:tr>
    </w:tbl>
    <w:p>
      <w:pPr>
        <w:spacing w:before="120" w:after="20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Дата: «____» __________________ 20____ г.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F4F6F9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5F6F6A"/>
                <w:sz w:val="19"/>
              </w:rPr>
              <w:t>Важно: это вспомогательный образец FileLama, а не утверждённая форма МВД. Перед подачей проверьте перечень документов, требования и действующую форму в подразделении МВД, МФЦ или на официальном государственном ресурсе.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Calibri" w:hAnsi="Calibri" w:eastAsia="Calibri"/>
        <w:b w:val="0"/>
        <w:i w:val="0"/>
        <w:color w:val="5F6F6A"/>
        <w:sz w:val="18"/>
      </w:rPr>
      <w:t xml:space="preserve">filelama.com  ·  стр. </w:t>
    </w:r>
    <w:r>
      <w:rPr>
        <w:rFonts w:ascii="Calibri" w:hAnsi="Calibri" w:eastAsia="Calibri"/>
        <w:b w:val="0"/>
        <w:i w:val="0"/>
        <w:color w:val="5F6F6A"/>
        <w:sz w:val="18"/>
      </w:rPr>
      <w:fldChar w:fldCharType="begin"/>
      <w:instrText xml:space="preserve"> PAGE 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Calibri" w:hAnsi="Calibri" w:eastAsia="Calibri"/>
        <w:b/>
        <w:i w:val="0"/>
        <w:color w:val="5F6F6A"/>
        <w:sz w:val="18"/>
      </w:rPr>
      <w:t>FileLama  ·  Миграционные документы для России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Calibri" w:hAnsi="Calibri"/>
      <w:color w:val="172B2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soglasie-sovladeltsa-migracionny-uchet</dc:title>
  <dc:subject>FileLama — вспомогательный миграционный документ</dc:subject>
  <dc:creator>FileLama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