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</w:pPr>
      <w:r>
        <w:rPr>
          <w:rFonts w:ascii="Arial" w:hAnsi="Arial"/>
          <w:b/>
          <w:color w:val="142A25"/>
          <w:sz w:val="44"/>
        </w:rPr>
        <w:t>Согласие собственника на проживание и миграционный учёт</w:t>
      </w:r>
    </w:p>
    <w:p>
      <w:pPr>
        <w:spacing w:after="280"/>
      </w:pPr>
      <w:r>
        <w:rPr>
          <w:rFonts w:ascii="Arial" w:hAnsi="Arial"/>
          <w:color w:val="5F706B"/>
          <w:sz w:val="20"/>
        </w:rPr>
        <w:t>Свободный образец; официальный бланк уведомления о прибытии заполняется отдельно</w:t>
      </w:r>
    </w:p>
    <w:p>
      <w:pPr>
        <w:spacing w:after="240"/>
        <w:ind w:left="259" w:right="259"/>
      </w:pPr>
      <w:r>
        <w:rPr>
          <w:rFonts w:ascii="Arial" w:hAnsi="Arial"/>
          <w:color w:val="142A25"/>
          <w:sz w:val="18"/>
        </w:rPr>
        <w:t>Важно: это редактируемый образец, а не утверждённая государственная форма. Удалите подсказки, заполните все поля и адаптируйте документ под фактические условия.</w:t>
      </w:r>
    </w:p>
    <w:p>
      <w:r>
        <w:t>Я, ______________________________________________, дата рождения «___» __________ ______ г., документ, удостоверяющий личность: ________________________________, являясь собственником / уполномоченным лицом жилого помещения по адресу:</w:t>
        <w:br/>
        <w:t>________________________________________________________________________________,</w:t>
        <w:br/>
        <w:t>на основании ______________________________________________,</w:t>
      </w:r>
    </w:p>
    <w:p>
      <w:pPr>
        <w:jc w:val="center"/>
      </w:pPr>
      <w:r>
        <w:rPr>
          <w:b/>
          <w:color w:val="129784"/>
          <w:sz w:val="24"/>
        </w:rPr>
        <w:t>НАСТОЯЩИМ ВЫРАЖАЮ СОГЛАСИЕ</w:t>
      </w:r>
    </w:p>
    <w:p>
      <w:r>
        <w:t>на фактическое проживание в указанном помещении иностранного гражданина / лица без гражданства:</w:t>
        <w:br/>
        <w:t>Ф.И.О.: ______________________________________________</w:t>
        <w:br/>
        <w:t>Гражданство: _________________________________________</w:t>
        <w:br/>
        <w:t>Дата рождения: _______________________________________</w:t>
        <w:br/>
        <w:t>Паспорт / иной документ: _____________________________</w:t>
        <w:br/>
        <w:t>Срок проживания: с «___» ________ 20___ г. по «___» ________ 20___ г.</w:t>
      </w:r>
    </w:p>
    <w:p>
      <w:pPr>
        <w:pStyle w:val="Heading1"/>
      </w:pPr>
      <w:r>
        <w:t>Подтверждение</w:t>
      </w:r>
    </w:p>
    <w:p>
      <w:pPr>
        <w:keepLines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Мне известно о фактическом проживании указанного лица по данному адресу.</w:t>
      </w:r>
    </w:p>
    <w:p>
      <w:pPr>
        <w:keepLines/>
      </w:pPr>
      <w:r>
        <w:rPr>
          <w:rFonts w:ascii="Arial" w:hAnsi="Arial"/>
          <w:b/>
        </w:rPr>
        <w:t xml:space="preserve">2. </w:t>
      </w:r>
      <w:r>
        <w:rPr>
          <w:rFonts w:ascii="Arial" w:hAnsi="Arial"/>
        </w:rPr>
        <w:t>Я согласен(на) выступить принимающей стороной либо предоставить документы, подтверждающие право пользования помещением, в пределах требований законодательства.</w:t>
      </w:r>
    </w:p>
    <w:p>
      <w:pPr>
        <w:keepLines/>
      </w:pPr>
      <w:r>
        <w:rPr>
          <w:rFonts w:ascii="Arial" w:hAnsi="Arial"/>
          <w:b/>
        </w:rPr>
        <w:t xml:space="preserve">3. </w:t>
      </w:r>
      <w:r>
        <w:rPr>
          <w:rFonts w:ascii="Arial" w:hAnsi="Arial"/>
        </w:rPr>
        <w:t>Мне известно, что это согласие не заменяет уведомление о прибытии или заявление о регистрации по месту жительства.</w:t>
      </w:r>
    </w:p>
    <w:p>
      <w:r>
        <w:t>Дата: «___» __________ 20___ г.</w:t>
        <w:br/>
        <w:br/>
        <w:t>Собственник: __________________ /________________________________/</w:t>
        <w:br/>
        <w:t>Телефон: 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224" w:right="1296" w:bottom="1152" w:left="1296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F706B"/>
        <w:sz w:val="16"/>
      </w:rPr>
      <w:t>Образец актуализирован 29.07.2026 · проверьте условия перед подписанием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F706B"/>
        <w:sz w:val="16"/>
      </w:rPr>
      <w:t>FileLama · шаблоны для России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 w:eastAsia="Arial"/>
      <w:color w:val="142A25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4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42A25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42A25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FileLama</dc:creator>
  <cp:keywords/>
  <dc:description>Бесплатный редактируемый образец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