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76" w:lineRule="auto"/>
        <w:jc w:val="left"/>
      </w:pPr>
      <w:r>
        <w:rPr>
          <w:rFonts w:ascii="Calibri" w:hAnsi="Calibri" w:eastAsia="Calibri"/>
          <w:b/>
          <w:i w:val="0"/>
          <w:color w:val="2E74B5"/>
          <w:sz w:val="19"/>
        </w:rPr>
        <w:t>ВСПОМОГАТЕЛЬНЫЙ ОБРАЗЕЦ</w:t>
      </w:r>
    </w:p>
    <w:p>
      <w:pPr>
        <w:spacing w:before="0" w:after="60" w:line="276" w:lineRule="auto"/>
        <w:jc w:val="left"/>
      </w:pPr>
      <w:r>
        <w:rPr>
          <w:rFonts w:ascii="Calibri" w:hAnsi="Calibri" w:eastAsia="Calibri"/>
          <w:b/>
          <w:i w:val="0"/>
          <w:color w:val="172B25"/>
          <w:sz w:val="36"/>
        </w:rPr>
        <w:t>Опись документов для миграционного учёта</w:t>
      </w:r>
    </w:p>
    <w:p>
      <w:pPr>
        <w:spacing w:before="0" w:after="160" w:line="276" w:lineRule="auto"/>
        <w:jc w:val="left"/>
      </w:pPr>
      <w:r>
        <w:rPr>
          <w:rFonts w:ascii="Calibri" w:hAnsi="Calibri" w:eastAsia="Calibri"/>
          <w:b w:val="0"/>
          <w:i w:val="0"/>
          <w:color w:val="5F6F6A"/>
          <w:sz w:val="21"/>
        </w:rPr>
        <w:t>Для подготовки комплекта и внутренней проверки перед подачей.</w:t>
      </w:r>
    </w:p>
    <w:p>
      <w:pPr>
        <w:spacing w:before="180" w:after="80" w:line="276" w:lineRule="auto"/>
      </w:pPr>
      <w:r>
        <w:rPr>
          <w:rFonts w:ascii="Calibri" w:hAnsi="Calibri" w:eastAsia="Calibri"/>
          <w:b/>
          <w:i w:val="0"/>
          <w:color w:val="2E74B5"/>
          <w:sz w:val="26"/>
        </w:rPr>
        <w:t>1. Сведения о подаче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2600"/>
        <w:gridCol w:w="7038"/>
      </w:tblGrid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Дата подготовки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«____» __________________ 20____ г.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Куда / как подаётся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МВД / МФЦ / Госуслуги / иное: 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Адрес места пребывания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Принимающая сторона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ФИО / организация: __________________________________________</w:t>
            </w:r>
          </w:p>
        </w:tc>
      </w:tr>
      <w:tr>
        <w:trPr>
          <w:cantSplit/>
        </w:trPr>
        <w:tc>
          <w:tcPr>
            <w:tcW w:type="dxa" w:w="260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21"/>
              </w:rPr>
              <w:t>Иностранный гражданин</w:t>
            </w:r>
          </w:p>
        </w:tc>
        <w:tc>
          <w:tcPr>
            <w:tcW w:type="dxa" w:w="70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21"/>
              </w:rPr>
              <w:t>ФИО: __________________________ гражданство: ________________</w:t>
            </w:r>
          </w:p>
        </w:tc>
      </w:tr>
    </w:tbl>
    <w:p>
      <w:pPr>
        <w:spacing w:after="0"/>
      </w:pPr>
    </w:p>
    <w:p>
      <w:pPr>
        <w:spacing w:before="180" w:after="80" w:line="276" w:lineRule="auto"/>
      </w:pPr>
      <w:r>
        <w:rPr>
          <w:rFonts w:ascii="Calibri" w:hAnsi="Calibri" w:eastAsia="Calibri"/>
          <w:b/>
          <w:i w:val="0"/>
          <w:color w:val="2E74B5"/>
          <w:sz w:val="26"/>
        </w:rPr>
        <w:t>2. Комплект документов</w:t>
      </w:r>
    </w:p>
    <w:p>
      <w:pPr>
        <w:spacing w:before="0" w:after="120" w:line="276" w:lineRule="auto"/>
        <w:jc w:val="left"/>
      </w:pPr>
      <w:r>
        <w:rPr>
          <w:rFonts w:ascii="Calibri" w:hAnsi="Calibri" w:eastAsia="Calibri"/>
          <w:b w:val="0"/>
          <w:i w:val="0"/>
          <w:color w:val="5F6F6A"/>
          <w:sz w:val="19"/>
        </w:rPr>
        <w:t>Отметьте фактически приложенные документы. Набор зависит от статуса, основания проживания, принимающей стороны и способа подачи.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650"/>
        <w:gridCol w:w="4660"/>
        <w:gridCol w:w="960"/>
        <w:gridCol w:w="960"/>
        <w:gridCol w:w="2408"/>
      </w:tblGrid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19"/>
              </w:rPr>
              <w:t>№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19"/>
              </w:rPr>
              <w:t>Документ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19"/>
              </w:rPr>
              <w:t>Оригинал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19"/>
              </w:rPr>
              <w:t>Копии / листы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F4D78"/>
                <w:sz w:val="19"/>
              </w:rPr>
              <w:t>Примечание</w:t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1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Уведомление о прибытии по действующей форме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2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Паспорт / документ иностранного гражданина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3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Миграционная карта (если оформлялась)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4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Виза, РВП, ВНЖ или иной документ о статусе (при наличии)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5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Паспорт / реквизиты принимающей стороны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6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Документ на жилое помещение / сведения ЕГРН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7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Договор найма, безвозмездного пользования или иной документ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8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Согласия собственников / совладельцев (если требуются)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9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Документы представителя и доверенность (если применимо)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10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Иные документы: __________________________________________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11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  <w:tr>
        <w:trPr>
          <w:cantSplit/>
        </w:trPr>
        <w:tc>
          <w:tcPr>
            <w:tcW w:type="dxa" w:w="65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12</w:t>
            </w:r>
          </w:p>
        </w:tc>
        <w:tc>
          <w:tcPr>
            <w:tcW w:type="dxa" w:w="46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□</w:t>
            </w:r>
          </w:p>
        </w:tc>
        <w:tc>
          <w:tcPr>
            <w:tcW w:type="dxa" w:w="960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  <w:t>________</w:t>
            </w:r>
          </w:p>
        </w:tc>
        <w:tc>
          <w:tcPr>
            <w:tcW w:type="dxa" w:w="240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172B25"/>
                <w:sz w:val="18"/>
              </w:rPr>
            </w:r>
          </w:p>
        </w:tc>
      </w:tr>
    </w:tbl>
    <w:p>
      <w:pPr>
        <w:spacing w:before="180" w:after="80" w:line="276" w:lineRule="auto"/>
      </w:pPr>
      <w:r>
        <w:rPr>
          <w:rFonts w:ascii="Calibri" w:hAnsi="Calibri" w:eastAsia="Calibri"/>
          <w:b/>
          <w:i w:val="0"/>
          <w:color w:val="2E74B5"/>
          <w:sz w:val="26"/>
        </w:rPr>
        <w:t>3. Передача комплекта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8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72B25"/>
                <w:sz w:val="21"/>
              </w:rPr>
              <w:t>Передал(а)</w:t>
            </w:r>
          </w:p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72B25"/>
                <w:sz w:val="20"/>
              </w:rPr>
              <w:t>________________ / ______________________________</w:t>
              <w:br/>
              <w:t>подпись                         ФИО</w:t>
            </w:r>
          </w:p>
        </w:tc>
        <w:tc>
          <w:tcPr>
            <w:tcW w:type="dxa" w:w="4819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E8EEF5"/>
          </w:tcPr>
          <w:p>
            <w:pPr>
              <w:spacing w:before="0" w:after="80" w:line="252" w:lineRule="auto"/>
            </w:pPr>
            <w:r/>
            <w:r>
              <w:rPr>
                <w:rFonts w:ascii="Calibri" w:hAnsi="Calibri" w:eastAsia="Calibri"/>
                <w:b/>
                <w:i w:val="0"/>
                <w:color w:val="172B25"/>
                <w:sz w:val="21"/>
              </w:rPr>
              <w:t>Принял(а), если заполняется</w:t>
            </w:r>
          </w:p>
          <w:p>
            <w:pPr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172B25"/>
                <w:sz w:val="20"/>
              </w:rPr>
              <w:t>________________ / ______________________________</w:t>
              <w:br/>
              <w:t>подпись                         ФИО</w:t>
            </w:r>
          </w:p>
        </w:tc>
      </w:tr>
    </w:tbl>
    <w:p>
      <w:pPr>
        <w:spacing w:before="120" w:after="160" w:line="276" w:lineRule="auto"/>
        <w:jc w:val="left"/>
      </w:pPr>
      <w:r>
        <w:rPr>
          <w:rFonts w:ascii="Calibri" w:hAnsi="Calibri" w:eastAsia="Calibri"/>
          <w:b w:val="0"/>
          <w:i w:val="0"/>
          <w:color w:val="172B25"/>
          <w:sz w:val="22"/>
        </w:rPr>
        <w:t>Дата передачи: «____» __________________ 20____ г.</w:t>
      </w:r>
    </w:p>
    <w:tbl>
      <w:tblPr>
        <w:tblW w:type="dxa" w:w="963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CBD5D1"/>
          <w:left w:val="single" w:sz="6" w:color="CBD5D1"/>
          <w:bottom w:val="single" w:sz="6" w:color="CBD5D1"/>
          <w:right w:val="single" w:sz="6" w:color="CBD5D1"/>
          <w:insideH w:val="single" w:sz="6" w:color="CBD5D1"/>
          <w:insideV w:val="single" w:sz="6" w:color="CBD5D1"/>
        </w:tblBorders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40" w:type="dxa"/>
              <w:start w:w="120" w:type="dxa"/>
              <w:bottom w:w="40" w:type="dxa"/>
              <w:end w:w="120" w:type="dxa"/>
            </w:tcMar>
            <w:vAlign w:val="center"/>
            <w:shd w:fill="F4F6F9"/>
          </w:tcPr>
          <w:p>
            <w:pPr>
              <w:spacing w:before="0" w:after="0" w:line="252" w:lineRule="auto"/>
            </w:pPr>
            <w:r/>
            <w:r>
              <w:rPr>
                <w:rFonts w:ascii="Calibri" w:hAnsi="Calibri" w:eastAsia="Calibri"/>
                <w:b w:val="0"/>
                <w:i w:val="0"/>
                <w:color w:val="5F6F6A"/>
                <w:sz w:val="19"/>
              </w:rPr>
              <w:t>Важно: это вспомогательный образец FileLama, а не утверждённая форма МВД. Перед подачей проверьте перечень документов, требования и действующую форму в подразделении МВД, МФЦ или на официальном государственном ресурсе.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Calibri" w:hAnsi="Calibri" w:eastAsia="Calibri"/>
        <w:b w:val="0"/>
        <w:i w:val="0"/>
        <w:color w:val="5F6F6A"/>
        <w:sz w:val="18"/>
      </w:rPr>
      <w:t xml:space="preserve">filelama.com  ·  стр. </w:t>
    </w:r>
    <w:r>
      <w:rPr>
        <w:rFonts w:ascii="Calibri" w:hAnsi="Calibri" w:eastAsia="Calibri"/>
        <w:b w:val="0"/>
        <w:i w:val="0"/>
        <w:color w:val="5F6F6A"/>
        <w:sz w:val="18"/>
      </w:rP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Calibri" w:hAnsi="Calibri" w:eastAsia="Calibri"/>
        <w:b/>
        <w:i w:val="0"/>
        <w:color w:val="5F6F6A"/>
        <w:sz w:val="18"/>
      </w:rPr>
      <w:t>FileLama  ·  Миграционные документы для России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Calibri" w:hAnsi="Calibri"/>
      <w:color w:val="172B25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opis-dokumentov-migracionny-uchet</dc:title>
  <dc:subject>FileLama — вспомогательный миграционный документ</dc:subject>
  <dc:creator>FileLama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