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 w:line="276" w:lineRule="auto"/>
        <w:jc w:val="left"/>
      </w:pPr>
      <w:r>
        <w:rPr>
          <w:rFonts w:ascii="Calibri" w:hAnsi="Calibri" w:eastAsia="Calibri"/>
          <w:b/>
          <w:i w:val="0"/>
          <w:color w:val="2E74B5"/>
          <w:sz w:val="19"/>
        </w:rPr>
        <w:t>ВСПОМОГАТЕЛЬНЫЙ ОБРАЗЕЦ</w:t>
      </w:r>
    </w:p>
    <w:p>
      <w:pPr>
        <w:spacing w:before="0" w:after="60" w:line="276" w:lineRule="auto"/>
        <w:jc w:val="left"/>
      </w:pPr>
      <w:r>
        <w:rPr>
          <w:rFonts w:ascii="Calibri" w:hAnsi="Calibri" w:eastAsia="Calibri"/>
          <w:b/>
          <w:i w:val="0"/>
          <w:color w:val="172B25"/>
          <w:sz w:val="36"/>
        </w:rPr>
        <w:t>Гарантийное письмо о предоставлении жилого помещения</w:t>
      </w:r>
    </w:p>
    <w:p>
      <w:pPr>
        <w:spacing w:before="0" w:after="160" w:line="276" w:lineRule="auto"/>
        <w:jc w:val="left"/>
      </w:pPr>
      <w:r>
        <w:rPr>
          <w:rFonts w:ascii="Calibri" w:hAnsi="Calibri" w:eastAsia="Calibri"/>
          <w:b w:val="0"/>
          <w:i w:val="0"/>
          <w:color w:val="5F6F6A"/>
          <w:sz w:val="21"/>
        </w:rPr>
        <w:t>Подтверждение намерения предоставить иностранному гражданину жильё.</w:t>
      </w:r>
    </w:p>
    <w:p>
      <w:pPr>
        <w:spacing w:before="180" w:after="80" w:line="276" w:lineRule="auto"/>
      </w:pPr>
      <w:r>
        <w:rPr>
          <w:rFonts w:ascii="Calibri" w:hAnsi="Calibri" w:eastAsia="Calibri"/>
          <w:b/>
          <w:i w:val="0"/>
          <w:color w:val="2E74B5"/>
          <w:sz w:val="26"/>
        </w:rPr>
        <w:t>Адресат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CBD5D1"/>
          <w:left w:val="single" w:sz="6" w:color="CBD5D1"/>
          <w:bottom w:val="single" w:sz="6" w:color="CBD5D1"/>
          <w:right w:val="single" w:sz="6" w:color="CBD5D1"/>
          <w:insideH w:val="single" w:sz="6" w:color="CBD5D1"/>
          <w:insideV w:val="single" w:sz="6" w:color="CBD5D1"/>
        </w:tblBorders>
      </w:tblPr>
      <w:tblGrid>
        <w:gridCol w:w="2600"/>
        <w:gridCol w:w="7038"/>
      </w:tblGrid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Кому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От кого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Дата и место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«____» __________________ 20____ г., ______________________</w:t>
            </w:r>
          </w:p>
        </w:tc>
      </w:tr>
    </w:tbl>
    <w:p>
      <w:pPr>
        <w:spacing w:after="0"/>
      </w:pPr>
    </w:p>
    <w:p>
      <w:pPr>
        <w:spacing w:before="180" w:after="80" w:line="276" w:lineRule="auto"/>
      </w:pPr>
      <w:r>
        <w:rPr>
          <w:rFonts w:ascii="Calibri" w:hAnsi="Calibri" w:eastAsia="Calibri"/>
          <w:b/>
          <w:i w:val="0"/>
          <w:color w:val="2E74B5"/>
          <w:sz w:val="26"/>
        </w:rPr>
        <w:t>Сведения о предоставляющей стороне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CBD5D1"/>
          <w:left w:val="single" w:sz="6" w:color="CBD5D1"/>
          <w:bottom w:val="single" w:sz="6" w:color="CBD5D1"/>
          <w:right w:val="single" w:sz="6" w:color="CBD5D1"/>
          <w:insideH w:val="single" w:sz="6" w:color="CBD5D1"/>
          <w:insideV w:val="single" w:sz="6" w:color="CBD5D1"/>
        </w:tblBorders>
      </w:tblPr>
      <w:tblGrid>
        <w:gridCol w:w="2600"/>
        <w:gridCol w:w="7038"/>
      </w:tblGrid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ФИО / организация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Паспорт / реквизиты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Адрес и контакты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Право на помещение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документ / ЕГРН: ____________________________________________</w:t>
            </w:r>
          </w:p>
        </w:tc>
      </w:tr>
    </w:tbl>
    <w:p>
      <w:pPr>
        <w:spacing w:after="0"/>
      </w:pPr>
    </w:p>
    <w:p>
      <w:pPr>
        <w:spacing w:before="180" w:after="80" w:line="276" w:lineRule="auto"/>
      </w:pPr>
      <w:r>
        <w:rPr>
          <w:rFonts w:ascii="Calibri" w:hAnsi="Calibri" w:eastAsia="Calibri"/>
          <w:b/>
          <w:i w:val="0"/>
          <w:color w:val="2E74B5"/>
          <w:sz w:val="26"/>
        </w:rPr>
        <w:t>Текст гарантии</w:t>
      </w:r>
    </w:p>
    <w:p>
      <w:pPr>
        <w:spacing w:before="0" w:after="80" w:line="276" w:lineRule="auto"/>
        <w:jc w:val="left"/>
      </w:pPr>
      <w:r>
        <w:rPr>
          <w:rFonts w:ascii="Calibri" w:hAnsi="Calibri" w:eastAsia="Calibri"/>
          <w:b w:val="0"/>
          <w:i w:val="0"/>
          <w:color w:val="172B25"/>
          <w:sz w:val="22"/>
        </w:rPr>
        <w:t>Настоящим подтверждаю намерение предоставить жилое помещение по адресу:</w:t>
      </w:r>
    </w:p>
    <w:p>
      <w:pPr>
        <w:spacing w:before="0" w:after="120" w:line="276" w:lineRule="auto"/>
        <w:jc w:val="left"/>
      </w:pPr>
      <w:r>
        <w:rPr>
          <w:rFonts w:ascii="Calibri" w:hAnsi="Calibri" w:eastAsia="Calibri"/>
          <w:b w:val="0"/>
          <w:i w:val="0"/>
          <w:color w:val="172B25"/>
          <w:sz w:val="22"/>
        </w:rPr>
        <w:t>________________________________________________________________________________</w:t>
      </w:r>
    </w:p>
    <w:p>
      <w:pPr>
        <w:spacing w:before="0" w:after="80" w:line="276" w:lineRule="auto"/>
        <w:jc w:val="left"/>
      </w:pPr>
      <w:r>
        <w:rPr>
          <w:rFonts w:ascii="Calibri" w:hAnsi="Calibri" w:eastAsia="Calibri"/>
          <w:b w:val="0"/>
          <w:i w:val="0"/>
          <w:color w:val="172B25"/>
          <w:sz w:val="22"/>
        </w:rPr>
        <w:t>иностранному гражданину: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CBD5D1"/>
          <w:left w:val="single" w:sz="6" w:color="CBD5D1"/>
          <w:bottom w:val="single" w:sz="6" w:color="CBD5D1"/>
          <w:right w:val="single" w:sz="6" w:color="CBD5D1"/>
          <w:insideH w:val="single" w:sz="6" w:color="CBD5D1"/>
          <w:insideV w:val="single" w:sz="6" w:color="CBD5D1"/>
        </w:tblBorders>
      </w:tblPr>
      <w:tblGrid>
        <w:gridCol w:w="2600"/>
        <w:gridCol w:w="7038"/>
      </w:tblGrid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ФИО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Дата рождения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«____» __________________ 19____ / 20____ г.</w:t>
            </w:r>
          </w:p>
        </w:tc>
      </w:tr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Гражданство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Паспорт / документ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Период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с «____» __________ 20____ г. по «____» __________ 20____ г.</w:t>
            </w:r>
          </w:p>
        </w:tc>
      </w:tr>
    </w:tbl>
    <w:p>
      <w:pPr>
        <w:spacing w:after="0"/>
      </w:pPr>
    </w:p>
    <w:p>
      <w:pPr>
        <w:spacing w:before="160" w:after="80" w:line="276" w:lineRule="auto"/>
        <w:jc w:val="left"/>
      </w:pPr>
      <w:r>
        <w:rPr>
          <w:rFonts w:ascii="Calibri" w:hAnsi="Calibri" w:eastAsia="Calibri"/>
          <w:b w:val="0"/>
          <w:i w:val="0"/>
          <w:color w:val="172B25"/>
          <w:sz w:val="22"/>
        </w:rPr>
        <w:t>Условия предоставления помещения: _________________________________________________</w:t>
      </w:r>
    </w:p>
    <w:p>
      <w:pPr>
        <w:spacing w:before="0" w:after="200" w:line="276" w:lineRule="auto"/>
        <w:jc w:val="left"/>
      </w:pPr>
      <w:r>
        <w:rPr>
          <w:rFonts w:ascii="Calibri" w:hAnsi="Calibri" w:eastAsia="Calibri"/>
          <w:b w:val="0"/>
          <w:i w:val="0"/>
          <w:color w:val="172B25"/>
          <w:sz w:val="22"/>
        </w:rPr>
        <w:t>________________________________________________________________________________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CBD5D1"/>
          <w:left w:val="single" w:sz="6" w:color="CBD5D1"/>
          <w:bottom w:val="single" w:sz="6" w:color="CBD5D1"/>
          <w:right w:val="single" w:sz="6" w:color="CBD5D1"/>
          <w:insideH w:val="single" w:sz="6" w:color="CBD5D1"/>
          <w:insideV w:val="single" w:sz="6" w:color="CBD5D1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8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72B25"/>
                <w:sz w:val="21"/>
              </w:rPr>
              <w:t>Предоставляющая сторона</w:t>
            </w:r>
          </w:p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72B25"/>
                <w:sz w:val="20"/>
              </w:rPr>
              <w:t>________________ / ______________________________</w:t>
              <w:br/>
              <w:t>подпись                         ФИО</w:t>
            </w:r>
          </w:p>
        </w:tc>
        <w:tc>
          <w:tcPr>
            <w:tcW w:type="dxa" w:w="4819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8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72B25"/>
                <w:sz w:val="21"/>
              </w:rPr>
              <w:t>Иностранный гражданин</w:t>
            </w:r>
          </w:p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72B25"/>
                <w:sz w:val="20"/>
              </w:rPr>
              <w:t>________________ / ______________________________</w:t>
              <w:br/>
              <w:t>подпись                         ФИО</w:t>
            </w:r>
          </w:p>
        </w:tc>
      </w:tr>
    </w:tbl>
    <w:p>
      <w:pPr>
        <w:spacing w:before="120" w:after="200" w:line="276" w:lineRule="auto"/>
        <w:jc w:val="left"/>
      </w:pPr>
      <w:r>
        <w:rPr>
          <w:rFonts w:ascii="Calibri" w:hAnsi="Calibri" w:eastAsia="Calibri"/>
          <w:b w:val="0"/>
          <w:i w:val="0"/>
          <w:color w:val="172B25"/>
          <w:sz w:val="22"/>
        </w:rPr>
        <w:t>М.П. (при наличии)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CBD5D1"/>
          <w:left w:val="single" w:sz="6" w:color="CBD5D1"/>
          <w:bottom w:val="single" w:sz="6" w:color="CBD5D1"/>
          <w:right w:val="single" w:sz="6" w:color="CBD5D1"/>
          <w:insideH w:val="single" w:sz="6" w:color="CBD5D1"/>
          <w:insideV w:val="single" w:sz="6" w:color="CBD5D1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F4F6F9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5F6F6A"/>
                <w:sz w:val="19"/>
              </w:rPr>
              <w:t>Важно: это вспомогательный образец FileLama, а не утверждённая форма МВД. Перед подачей проверьте перечень документов, требования и действующую форму в подразделении МВД, МФЦ или на официальном государственном ресурсе.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right"/>
    </w:pPr>
    <w:r>
      <w:rPr>
        <w:rFonts w:ascii="Calibri" w:hAnsi="Calibri" w:eastAsia="Calibri"/>
        <w:b w:val="0"/>
        <w:i w:val="0"/>
        <w:color w:val="5F6F6A"/>
        <w:sz w:val="18"/>
      </w:rPr>
      <w:t xml:space="preserve">filelama.com  ·  стр. </w:t>
    </w:r>
    <w:r>
      <w:rPr>
        <w:rFonts w:ascii="Calibri" w:hAnsi="Calibri" w:eastAsia="Calibri"/>
        <w:b w:val="0"/>
        <w:i w:val="0"/>
        <w:color w:val="5F6F6A"/>
        <w:sz w:val="18"/>
      </w:rPr>
      <w:fldChar w:fldCharType="begin"/>
      <w:instrText xml:space="preserve"> PAGE 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left"/>
    </w:pPr>
    <w:r>
      <w:rPr>
        <w:rFonts w:ascii="Calibri" w:hAnsi="Calibri" w:eastAsia="Calibri"/>
        <w:b/>
        <w:i w:val="0"/>
        <w:color w:val="5F6F6A"/>
        <w:sz w:val="18"/>
      </w:rPr>
      <w:t>FileLama  ·  Миграционные документы для России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76" w:lineRule="auto"/>
    </w:pPr>
    <w:rPr>
      <w:rFonts w:ascii="Calibri" w:hAnsi="Calibri"/>
      <w:color w:val="172B2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garantiynoe-pismo-zhiloe-pomeshchenie</dc:title>
  <dc:subject>FileLama — вспомогательный миграционный документ</dc:subject>
  <dc:creator>FileLama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