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142A25"/>
          <w:sz w:val="44"/>
        </w:rPr>
        <w:t>Договор найма жилого помещения</w:t>
      </w:r>
    </w:p>
    <w:p>
      <w:pPr>
        <w:spacing w:after="280"/>
      </w:pPr>
      <w:r>
        <w:rPr>
          <w:rFonts w:ascii="Arial" w:hAnsi="Arial"/>
          <w:color w:val="5F706B"/>
          <w:sz w:val="20"/>
        </w:rPr>
        <w:t>Образец для проживания иностранного гражданина в России</w:t>
      </w:r>
    </w:p>
    <w:p>
      <w:pPr>
        <w:spacing w:after="240"/>
        <w:ind w:left="259" w:right="259"/>
      </w:pPr>
      <w:r>
        <w:rPr>
          <w:rFonts w:ascii="Arial" w:hAnsi="Arial"/>
          <w:color w:val="142A25"/>
          <w:sz w:val="18"/>
        </w:rPr>
        <w:t>Важно: это редактируемый образец, а не утверждённая государственная форма. Удалите подсказки, заполните все поля и адаптируйте документ под фактические условия.</w:t>
      </w:r>
    </w:p>
    <w:p>
      <w:pPr>
        <w:jc w:val="both"/>
      </w:pPr>
      <w:r>
        <w:t>г. ____________________    «___» __________ 20___ г.</w:t>
        <w:br/>
        <w:br/>
        <w:t>Гражданин(ка) РФ / иное лицо, имеющее право предоставить помещение ______________________________________, именуемый(ая) «Наймодатель», с одной стороны, и гражданин(ка) ____________________ (гражданство), ______________________________________, именуемый(ая) «Наниматель», с другой стороны, заключили настоящий договор.</w:t>
      </w:r>
    </w:p>
    <w:p>
      <w:pPr>
        <w:pStyle w:val="Heading1"/>
      </w:pPr>
      <w:r>
        <w:t>1. Предмет договора</w:t>
      </w:r>
    </w:p>
    <w:p>
      <w:pPr>
        <w:keepLines/>
      </w:pPr>
      <w:r>
        <w:rPr>
          <w:rFonts w:ascii="Arial" w:hAnsi="Arial"/>
          <w:b/>
        </w:rPr>
        <w:t xml:space="preserve">1.1. </w:t>
      </w:r>
      <w:r>
        <w:rPr>
          <w:rFonts w:ascii="Arial" w:hAnsi="Arial"/>
        </w:rPr>
        <w:t>Наймодатель передаёт Нанимателю для проживания жилое помещение по адресу: ______________________________________________.</w:t>
      </w:r>
    </w:p>
    <w:p>
      <w:pPr>
        <w:keepLines/>
      </w:pPr>
      <w:r>
        <w:rPr>
          <w:rFonts w:ascii="Arial" w:hAnsi="Arial"/>
          <w:b/>
        </w:rPr>
        <w:t xml:space="preserve">1.2. </w:t>
      </w:r>
      <w:r>
        <w:rPr>
          <w:rFonts w:ascii="Arial" w:hAnsi="Arial"/>
        </w:rPr>
        <w:t>Основание права Наймодателя на помещение: ______________________________________________.</w:t>
      </w:r>
    </w:p>
    <w:p>
      <w:pPr>
        <w:keepLines/>
      </w:pPr>
      <w:r>
        <w:rPr>
          <w:rFonts w:ascii="Arial" w:hAnsi="Arial"/>
          <w:b/>
        </w:rPr>
        <w:t xml:space="preserve">1.3. </w:t>
      </w:r>
      <w:r>
        <w:rPr>
          <w:rFonts w:ascii="Arial" w:hAnsi="Arial"/>
        </w:rPr>
        <w:t>Вместе с Нанимателем постоянно проживают лица, указанные в приложении к договору.</w:t>
      </w:r>
    </w:p>
    <w:p>
      <w:pPr>
        <w:keepLines/>
      </w:pPr>
      <w:r>
        <w:rPr>
          <w:rFonts w:ascii="Arial" w:hAnsi="Arial"/>
          <w:b/>
        </w:rPr>
        <w:t xml:space="preserve">1.4. </w:t>
      </w:r>
      <w:r>
        <w:rPr>
          <w:rFonts w:ascii="Arial" w:hAnsi="Arial"/>
        </w:rPr>
        <w:t>Срок найма: с «___» ________ 20___ г. по «___» ________ 20___ г.</w:t>
      </w:r>
    </w:p>
    <w:p>
      <w:pPr>
        <w:pStyle w:val="Heading1"/>
      </w:pPr>
      <w:r>
        <w:t>2. Плата и расчёты</w:t>
      </w:r>
    </w:p>
    <w:p>
      <w:pPr>
        <w:keepLines/>
      </w:pPr>
      <w:r>
        <w:rPr>
          <w:rFonts w:ascii="Arial" w:hAnsi="Arial"/>
          <w:b/>
        </w:rPr>
        <w:t xml:space="preserve">2.1. </w:t>
      </w:r>
      <w:r>
        <w:rPr>
          <w:rFonts w:ascii="Arial" w:hAnsi="Arial"/>
        </w:rPr>
        <w:t>Плата за наём составляет __________ рублей в месяц и вносится не позднее ___ числа.</w:t>
      </w:r>
    </w:p>
    <w:p>
      <w:pPr>
        <w:keepLines/>
      </w:pPr>
      <w:r>
        <w:rPr>
          <w:rFonts w:ascii="Arial" w:hAnsi="Arial"/>
          <w:b/>
        </w:rPr>
        <w:t xml:space="preserve">2.2. </w:t>
      </w:r>
      <w:r>
        <w:rPr>
          <w:rFonts w:ascii="Arial" w:hAnsi="Arial"/>
        </w:rPr>
        <w:t>Обеспечительный платёж составляет __________ рублей. Условия удержания и возврата: ______________________________________________.</w:t>
      </w:r>
    </w:p>
    <w:p>
      <w:pPr>
        <w:keepLines/>
      </w:pPr>
      <w:r>
        <w:rPr>
          <w:rFonts w:ascii="Arial" w:hAnsi="Arial"/>
          <w:b/>
        </w:rPr>
        <w:t xml:space="preserve">2.3. </w:t>
      </w:r>
      <w:r>
        <w:rPr>
          <w:rFonts w:ascii="Arial" w:hAnsi="Arial"/>
        </w:rPr>
        <w:t>Коммунальные и иные платежи распределяются так: ______________________________________________.</w:t>
      </w:r>
    </w:p>
    <w:p>
      <w:pPr>
        <w:pStyle w:val="Heading1"/>
      </w:pPr>
      <w:r>
        <w:t>3. Проживание и миграционный учёт</w:t>
      </w:r>
    </w:p>
    <w:p>
      <w:pPr>
        <w:keepLines/>
      </w:pPr>
      <w:r>
        <w:rPr>
          <w:rFonts w:ascii="Arial" w:hAnsi="Arial"/>
          <w:b/>
        </w:rPr>
        <w:t xml:space="preserve">3.1. </w:t>
      </w:r>
      <w:r>
        <w:rPr>
          <w:rFonts w:ascii="Arial" w:hAnsi="Arial"/>
        </w:rPr>
        <w:t>Помещение используется только для проживания Нанимателя и согласованных проживающих лиц.</w:t>
      </w:r>
    </w:p>
    <w:p>
      <w:pPr>
        <w:keepLines/>
      </w:pPr>
      <w:r>
        <w:rPr>
          <w:rFonts w:ascii="Arial" w:hAnsi="Arial"/>
          <w:b/>
        </w:rPr>
        <w:t xml:space="preserve">3.2. </w:t>
      </w:r>
      <w:r>
        <w:rPr>
          <w:rFonts w:ascii="Arial" w:hAnsi="Arial"/>
        </w:rPr>
        <w:t>Стороны подтверждают, что указанный адрес является местом фактического пребывания / жительства Нанимателя.</w:t>
      </w:r>
    </w:p>
    <w:p>
      <w:pPr>
        <w:keepLines/>
      </w:pPr>
      <w:r>
        <w:rPr>
          <w:rFonts w:ascii="Arial" w:hAnsi="Arial"/>
          <w:b/>
        </w:rPr>
        <w:t xml:space="preserve">3.3. </w:t>
      </w:r>
      <w:r>
        <w:rPr>
          <w:rFonts w:ascii="Arial" w:hAnsi="Arial"/>
        </w:rPr>
        <w:t>Наймодатель как принимающая сторона обязуется в предусмотренных законом случаях своевременно подать уведомление о прибытии либо содействовать регистрации по месту жительства.</w:t>
      </w:r>
    </w:p>
    <w:p>
      <w:pPr>
        <w:keepLines/>
      </w:pPr>
      <w:r>
        <w:rPr>
          <w:rFonts w:ascii="Arial" w:hAnsi="Arial"/>
          <w:b/>
        </w:rPr>
        <w:t xml:space="preserve">3.4. </w:t>
      </w:r>
      <w:r>
        <w:rPr>
          <w:rFonts w:ascii="Arial" w:hAnsi="Arial"/>
        </w:rPr>
        <w:t>Наниматель своевременно предоставляет достоверные паспортные, миграционные и контактные данные и сообщает об их изменении.</w:t>
      </w:r>
    </w:p>
    <w:p>
      <w:pPr>
        <w:keepLines/>
      </w:pPr>
      <w:r>
        <w:rPr>
          <w:rFonts w:ascii="Arial" w:hAnsi="Arial"/>
          <w:b/>
        </w:rPr>
        <w:t xml:space="preserve">3.5. </w:t>
      </w:r>
      <w:r>
        <w:rPr>
          <w:rFonts w:ascii="Arial" w:hAnsi="Arial"/>
        </w:rPr>
        <w:t>Настоящий договор сам по себе не заменяет уведомление о прибытии, заявление о регистрации или решение органа миграционного учёта.</w:t>
      </w:r>
    </w:p>
    <w:p>
      <w:pPr>
        <w:pStyle w:val="Heading1"/>
      </w:pPr>
      <w:r>
        <w:t>4. Передача, возврат и ответственность</w:t>
      </w:r>
    </w:p>
    <w:p>
      <w:pPr>
        <w:keepLines/>
      </w:pPr>
      <w:r>
        <w:rPr>
          <w:rFonts w:ascii="Arial" w:hAnsi="Arial"/>
          <w:b/>
        </w:rPr>
        <w:t xml:space="preserve">4.1. </w:t>
      </w:r>
      <w:r>
        <w:rPr>
          <w:rFonts w:ascii="Arial" w:hAnsi="Arial"/>
        </w:rPr>
        <w:t>Помещение, ключи, имущество и показания счётчиков передаются по акту.</w:t>
      </w:r>
    </w:p>
    <w:p>
      <w:pPr>
        <w:keepLines/>
      </w:pPr>
      <w:r>
        <w:rPr>
          <w:rFonts w:ascii="Arial" w:hAnsi="Arial"/>
          <w:b/>
        </w:rPr>
        <w:t xml:space="preserve">4.2. </w:t>
      </w:r>
      <w:r>
        <w:rPr>
          <w:rFonts w:ascii="Arial" w:hAnsi="Arial"/>
        </w:rPr>
        <w:t>Наниматель соблюдает правила пользования жильём, пожарной безопасности и тишины.</w:t>
      </w:r>
    </w:p>
    <w:p>
      <w:pPr>
        <w:keepLines/>
      </w:pPr>
      <w:r>
        <w:rPr>
          <w:rFonts w:ascii="Arial" w:hAnsi="Arial"/>
          <w:b/>
        </w:rPr>
        <w:t xml:space="preserve">4.3. </w:t>
      </w:r>
      <w:r>
        <w:rPr>
          <w:rFonts w:ascii="Arial" w:hAnsi="Arial"/>
        </w:rPr>
        <w:t>О досрочном прекращении договора сторона предупреждает другую сторону за ______ календарных дней, если закон не требует иного.</w:t>
      </w:r>
    </w:p>
    <w:p>
      <w:pPr>
        <w:keepLines/>
      </w:pPr>
      <w:r>
        <w:rPr>
          <w:rFonts w:ascii="Arial" w:hAnsi="Arial"/>
          <w:b/>
        </w:rPr>
        <w:t xml:space="preserve">4.4. </w:t>
      </w:r>
      <w:r>
        <w:rPr>
          <w:rFonts w:ascii="Arial" w:hAnsi="Arial"/>
        </w:rPr>
        <w:t>Разногласия разрешаются переговорами, а при недостижении соглашения — в порядке, установленном законодательством Российской Федерации.</w:t>
      </w:r>
    </w:p>
    <w:p>
      <w:pPr>
        <w:pStyle w:val="Heading1"/>
      </w:pPr>
      <w:r>
        <w:t>5. Приложения</w:t>
      </w:r>
    </w:p>
    <w:p>
      <w:pPr>
        <w:keepLines/>
      </w:pPr>
      <w:r>
        <w:rPr>
          <w:rFonts w:ascii="Arial" w:hAnsi="Arial"/>
          <w:b/>
        </w:rPr>
        <w:t xml:space="preserve">5.1. </w:t>
      </w:r>
      <w:r>
        <w:rPr>
          <w:rFonts w:ascii="Arial" w:hAnsi="Arial"/>
        </w:rPr>
        <w:t>Акт приёма-передачи жилого помещения.</w:t>
      </w:r>
    </w:p>
    <w:p>
      <w:pPr>
        <w:keepLines/>
      </w:pPr>
      <w:r>
        <w:rPr>
          <w:rFonts w:ascii="Arial" w:hAnsi="Arial"/>
          <w:b/>
        </w:rPr>
        <w:t xml:space="preserve">5.2. </w:t>
      </w:r>
      <w:r>
        <w:rPr>
          <w:rFonts w:ascii="Arial" w:hAnsi="Arial"/>
        </w:rPr>
        <w:t>Список постоянно проживающих лиц.</w:t>
      </w:r>
    </w:p>
    <w:p>
      <w:pPr>
        <w:pStyle w:val="Heading1"/>
      </w:pPr>
      <w:r>
        <w:t>Реквизиты и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680"/>
            <w:vAlign w:val="top"/>
            <w:shd w:fill="F7FAF9"/>
          </w:tcPr>
          <w:p>
            <w:r>
              <w:rPr>
                <w:rFonts w:ascii="Arial" w:hAnsi="Arial"/>
                <w:b/>
              </w:rPr>
              <w:t>Наймодатель</w:t>
            </w:r>
          </w:p>
          <w:p>
            <w:pPr>
              <w:spacing w:after="120"/>
            </w:pPr>
            <w:r>
              <w:t>Ф.И.О.: ________________________________</w:t>
            </w:r>
          </w:p>
          <w:p>
            <w:pPr>
              <w:spacing w:after="120"/>
            </w:pPr>
            <w:r>
              <w:t>Паспорт / документ: ___________________</w:t>
            </w:r>
          </w:p>
          <w:p>
            <w:pPr>
              <w:spacing w:after="120"/>
            </w:pPr>
            <w:r>
              <w:t>Адрес: _________________________________</w:t>
            </w:r>
          </w:p>
          <w:p>
            <w:pPr>
              <w:spacing w:after="120"/>
            </w:pPr>
            <w:r>
              <w:t>Телефон: _______________________________</w:t>
            </w:r>
          </w:p>
          <w:p>
            <w:pPr>
              <w:spacing w:after="120"/>
            </w:pPr>
            <w:r>
              <w:t>Подпись: ______________ /______________/</w:t>
            </w:r>
          </w:p>
        </w:tc>
        <w:tc>
          <w:tcPr>
            <w:tcW w:type="dxa" w:w="4680"/>
            <w:vAlign w:val="top"/>
            <w:shd w:fill="F7FAF9"/>
          </w:tcPr>
          <w:p>
            <w:r>
              <w:rPr>
                <w:rFonts w:ascii="Arial" w:hAnsi="Arial"/>
                <w:b/>
              </w:rPr>
              <w:t>Наниматель</w:t>
            </w:r>
          </w:p>
          <w:p>
            <w:pPr>
              <w:spacing w:after="120"/>
            </w:pPr>
            <w:r>
              <w:t>Ф.И.О.: ________________________________</w:t>
            </w:r>
          </w:p>
          <w:p>
            <w:pPr>
              <w:spacing w:after="120"/>
            </w:pPr>
            <w:r>
              <w:t>Паспорт / документ: ___________________</w:t>
            </w:r>
          </w:p>
          <w:p>
            <w:pPr>
              <w:spacing w:after="120"/>
            </w:pPr>
            <w:r>
              <w:t>Адрес: _________________________________</w:t>
            </w:r>
          </w:p>
          <w:p>
            <w:pPr>
              <w:spacing w:after="120"/>
            </w:pPr>
            <w:r>
              <w:t>Телефон: _______________________________</w:t>
            </w:r>
          </w:p>
          <w:p>
            <w:pPr>
              <w:spacing w:after="120"/>
            </w:pPr>
            <w:r>
              <w:t>Подпись: ______________ /______________/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24" w:right="1296" w:bottom="1152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706B"/>
        <w:sz w:val="16"/>
      </w:rPr>
      <w:t>Образец актуализирован 29.07.2026 · проверьте условия перед подписанием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F706B"/>
        <w:sz w:val="16"/>
      </w:rPr>
      <w:t>FileLama · шаблоны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42A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FileLama</dc:creator>
  <cp:keywords/>
  <dc:description>Бесплатный редактируемый образец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