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142A25"/>
          <w:sz w:val="44"/>
        </w:rPr>
        <w:t>Договор безвозмездного пользования жилым помещением</w:t>
      </w:r>
    </w:p>
    <w:p>
      <w:pPr>
        <w:spacing w:after="280"/>
      </w:pPr>
      <w:r>
        <w:rPr>
          <w:rFonts w:ascii="Arial" w:hAnsi="Arial"/>
          <w:color w:val="5F706B"/>
          <w:sz w:val="20"/>
        </w:rPr>
        <w:t>Образец для предоставления жилья без платы за пользование</w:t>
      </w:r>
    </w:p>
    <w:p>
      <w:pPr>
        <w:spacing w:after="240"/>
        <w:ind w:left="259" w:right="259"/>
      </w:pPr>
      <w:r>
        <w:rPr>
          <w:rFonts w:ascii="Arial" w:hAnsi="Arial"/>
          <w:color w:val="142A25"/>
          <w:sz w:val="18"/>
        </w:rPr>
        <w:t>Важно: это редактируемый образец, а не утверждённая государственная форма. Удалите подсказки, заполните все поля и адаптируйте документ под фактические условия.</w:t>
      </w:r>
    </w:p>
    <w:p>
      <w:r>
        <w:t>г. ____________________    «___» __________ 20___ г.</w:t>
        <w:br/>
        <w:br/>
        <w:t>______________________________________, именуемый(ая) «Ссудодатель», и ______________________________________, гражданство ____________________, именуемый(ая) «Ссудополучатель», заключили настоящий договор.</w:t>
      </w:r>
    </w:p>
    <w:p>
      <w:pPr>
        <w:pStyle w:val="Heading1"/>
      </w:pPr>
      <w:r>
        <w:t>1. Предмет договора</w:t>
      </w:r>
    </w:p>
    <w:p>
      <w:pPr>
        <w:keepLines/>
      </w:pPr>
      <w:r>
        <w:rPr>
          <w:rFonts w:ascii="Arial" w:hAnsi="Arial"/>
          <w:b/>
        </w:rPr>
        <w:t xml:space="preserve">1.1. </w:t>
      </w:r>
      <w:r>
        <w:rPr>
          <w:rFonts w:ascii="Arial" w:hAnsi="Arial"/>
        </w:rPr>
        <w:t>Ссудодатель безвозмездно передаёт для проживания помещение по адресу: ______________________________________________.</w:t>
      </w:r>
    </w:p>
    <w:p>
      <w:pPr>
        <w:keepLines/>
      </w:pPr>
      <w:r>
        <w:rPr>
          <w:rFonts w:ascii="Arial" w:hAnsi="Arial"/>
          <w:b/>
        </w:rPr>
        <w:t xml:space="preserve">1.2. </w:t>
      </w:r>
      <w:r>
        <w:rPr>
          <w:rFonts w:ascii="Arial" w:hAnsi="Arial"/>
        </w:rPr>
        <w:t>Право Ссудодателя на помещение подтверждается: ______________________________________________.</w:t>
      </w:r>
    </w:p>
    <w:p>
      <w:pPr>
        <w:keepLines/>
      </w:pPr>
      <w:r>
        <w:rPr>
          <w:rFonts w:ascii="Arial" w:hAnsi="Arial"/>
          <w:b/>
        </w:rPr>
        <w:t xml:space="preserve">1.3. </w:t>
      </w:r>
      <w:r>
        <w:rPr>
          <w:rFonts w:ascii="Arial" w:hAnsi="Arial"/>
        </w:rPr>
        <w:t>Срок пользования: с «___» ________ 20___ г. по «___» ________ 20___ г.</w:t>
      </w:r>
    </w:p>
    <w:p>
      <w:pPr>
        <w:keepLines/>
      </w:pPr>
      <w:r>
        <w:rPr>
          <w:rFonts w:ascii="Arial" w:hAnsi="Arial"/>
          <w:b/>
        </w:rPr>
        <w:t xml:space="preserve">1.4. </w:t>
      </w:r>
      <w:r>
        <w:rPr>
          <w:rFonts w:ascii="Arial" w:hAnsi="Arial"/>
        </w:rPr>
        <w:t>Плата за пользование помещением не взимается. Коммунальные расходы оплачивает: ______________________________________________.</w:t>
      </w:r>
    </w:p>
    <w:p>
      <w:pPr>
        <w:pStyle w:val="Heading1"/>
      </w:pPr>
      <w:r>
        <w:t>2. Проживание и учёт</w:t>
      </w:r>
    </w:p>
    <w:p>
      <w:pPr>
        <w:keepLines/>
      </w:pPr>
      <w:r>
        <w:rPr>
          <w:rFonts w:ascii="Arial" w:hAnsi="Arial"/>
          <w:b/>
        </w:rPr>
        <w:t xml:space="preserve">2.1. </w:t>
      </w:r>
      <w:r>
        <w:rPr>
          <w:rFonts w:ascii="Arial" w:hAnsi="Arial"/>
        </w:rPr>
        <w:t>Помещение предоставляется для фактического проживания Ссудополучателя.</w:t>
      </w:r>
    </w:p>
    <w:p>
      <w:pPr>
        <w:keepLines/>
      </w:pPr>
      <w:r>
        <w:rPr>
          <w:rFonts w:ascii="Arial" w:hAnsi="Arial"/>
          <w:b/>
        </w:rPr>
        <w:t xml:space="preserve">2.2. </w:t>
      </w:r>
      <w:r>
        <w:rPr>
          <w:rFonts w:ascii="Arial" w:hAnsi="Arial"/>
        </w:rPr>
        <w:t>Ссудодатель подтверждает согласие на совершение предусмотренных законом действий по миграционному учёту по данному адресу.</w:t>
      </w:r>
    </w:p>
    <w:p>
      <w:pPr>
        <w:keepLines/>
      </w:pPr>
      <w:r>
        <w:rPr>
          <w:rFonts w:ascii="Arial" w:hAnsi="Arial"/>
          <w:b/>
        </w:rPr>
        <w:t xml:space="preserve">2.3. </w:t>
      </w:r>
      <w:r>
        <w:rPr>
          <w:rFonts w:ascii="Arial" w:hAnsi="Arial"/>
        </w:rPr>
        <w:t>Настоящий договор не заменяет официальные формы МВД и не гарантирует постановку на учёт или регистрацию.</w:t>
      </w:r>
    </w:p>
    <w:p>
      <w:pPr>
        <w:pStyle w:val="Heading1"/>
      </w:pPr>
      <w:r>
        <w:t>3. Возврат помещения</w:t>
      </w:r>
    </w:p>
    <w:p>
      <w:pPr>
        <w:keepLines/>
      </w:pPr>
      <w:r>
        <w:rPr>
          <w:rFonts w:ascii="Arial" w:hAnsi="Arial"/>
          <w:b/>
        </w:rPr>
        <w:t xml:space="preserve">3.1. </w:t>
      </w:r>
      <w:r>
        <w:rPr>
          <w:rFonts w:ascii="Arial" w:hAnsi="Arial"/>
        </w:rPr>
        <w:t>Ссудополучатель поддерживает помещение в надлежащем состоянии и использует его по назначению.</w:t>
      </w:r>
    </w:p>
    <w:p>
      <w:pPr>
        <w:keepLines/>
      </w:pPr>
      <w:r>
        <w:rPr>
          <w:rFonts w:ascii="Arial" w:hAnsi="Arial"/>
          <w:b/>
        </w:rPr>
        <w:t xml:space="preserve">3.2. </w:t>
      </w:r>
      <w:r>
        <w:rPr>
          <w:rFonts w:ascii="Arial" w:hAnsi="Arial"/>
        </w:rPr>
        <w:t>При прекращении договора помещение и ключи возвращаются по акту с учётом нормального износа.</w:t>
      </w:r>
    </w:p>
    <w:p>
      <w:pPr>
        <w:keepLines/>
      </w:pPr>
      <w:r>
        <w:rPr>
          <w:rFonts w:ascii="Arial" w:hAnsi="Arial"/>
          <w:b/>
        </w:rPr>
        <w:t xml:space="preserve">3.3. </w:t>
      </w:r>
      <w:r>
        <w:rPr>
          <w:rFonts w:ascii="Arial" w:hAnsi="Arial"/>
        </w:rPr>
        <w:t>О досрочном прекращении сторона предупреждает за ______ календарных дней.</w:t>
      </w:r>
    </w:p>
    <w:p>
      <w:pPr>
        <w:pStyle w:val="Heading1"/>
      </w:pPr>
      <w:r>
        <w:t>Реквизиты и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680"/>
            <w:vAlign w:val="top"/>
            <w:shd w:fill="F7FAF9"/>
          </w:tcPr>
          <w:p>
            <w:r>
              <w:rPr>
                <w:rFonts w:ascii="Arial" w:hAnsi="Arial"/>
                <w:b/>
              </w:rPr>
              <w:t>Ссудодатель</w:t>
            </w:r>
          </w:p>
          <w:p>
            <w:pPr>
              <w:spacing w:after="120"/>
            </w:pPr>
            <w:r>
              <w:t>Ф.И.О.: ________________________________</w:t>
            </w:r>
          </w:p>
          <w:p>
            <w:pPr>
              <w:spacing w:after="120"/>
            </w:pPr>
            <w:r>
              <w:t>Паспорт / документ: ___________________</w:t>
            </w:r>
          </w:p>
          <w:p>
            <w:pPr>
              <w:spacing w:after="120"/>
            </w:pPr>
            <w:r>
              <w:t>Адрес: _________________________________</w:t>
            </w:r>
          </w:p>
          <w:p>
            <w:pPr>
              <w:spacing w:after="120"/>
            </w:pPr>
            <w:r>
              <w:t>Телефон: _______________________________</w:t>
            </w:r>
          </w:p>
          <w:p>
            <w:pPr>
              <w:spacing w:after="120"/>
            </w:pPr>
            <w:r>
              <w:t>Подпись: ______________ /______________/</w:t>
            </w:r>
          </w:p>
        </w:tc>
        <w:tc>
          <w:tcPr>
            <w:tcW w:type="dxa" w:w="4680"/>
            <w:vAlign w:val="top"/>
            <w:shd w:fill="F7FAF9"/>
          </w:tcPr>
          <w:p>
            <w:r>
              <w:rPr>
                <w:rFonts w:ascii="Arial" w:hAnsi="Arial"/>
                <w:b/>
              </w:rPr>
              <w:t>Ссудополучатель</w:t>
            </w:r>
          </w:p>
          <w:p>
            <w:pPr>
              <w:spacing w:after="120"/>
            </w:pPr>
            <w:r>
              <w:t>Ф.И.О.: ________________________________</w:t>
            </w:r>
          </w:p>
          <w:p>
            <w:pPr>
              <w:spacing w:after="120"/>
            </w:pPr>
            <w:r>
              <w:t>Паспорт / документ: ___________________</w:t>
            </w:r>
          </w:p>
          <w:p>
            <w:pPr>
              <w:spacing w:after="120"/>
            </w:pPr>
            <w:r>
              <w:t>Адрес: _________________________________</w:t>
            </w:r>
          </w:p>
          <w:p>
            <w:pPr>
              <w:spacing w:after="120"/>
            </w:pPr>
            <w:r>
              <w:t>Телефон: _______________________________</w:t>
            </w:r>
          </w:p>
          <w:p>
            <w:pPr>
              <w:spacing w:after="120"/>
            </w:pPr>
            <w:r>
              <w:t>Подпись: ______________ /______________/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296" w:bottom="936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706B"/>
        <w:sz w:val="16"/>
      </w:rPr>
      <w:t>Образец актуализирован 29.07.2026 · проверьте условия перед подписанием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F706B"/>
        <w:sz w:val="16"/>
      </w:rPr>
      <w:t>FileLama · шаблоны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 w:eastAsia="Arial"/>
      <w:color w:val="142A25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A2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FileLama</dc:creator>
  <cp:keywords/>
  <dc:description>Бесплатный редактируемый образец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